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608397" w14:textId="09205D80" w:rsidR="004F2C0B" w:rsidRDefault="00B65765">
      <w:pPr>
        <w:rPr>
          <w:lang w:eastAsia="zh-CN"/>
        </w:rPr>
      </w:pPr>
      <w:r w:rsidRPr="00B65765">
        <w:rPr>
          <w:rFonts w:hint="eastAsia"/>
          <w:lang w:eastAsia="zh-CN"/>
        </w:rPr>
        <w:t>长江上游科学数据中心</w:t>
      </w:r>
    </w:p>
    <w:p w14:paraId="60914EA0" w14:textId="2E03D19A" w:rsidR="00B65765" w:rsidRDefault="00D46BE3">
      <w:pPr>
        <w:rPr>
          <w:b/>
          <w:sz w:val="32"/>
          <w:lang w:eastAsia="zh-CN"/>
        </w:rPr>
      </w:pPr>
      <w:r w:rsidRPr="00D46BE3">
        <w:rPr>
          <w:rFonts w:hint="eastAsia"/>
          <w:b/>
          <w:sz w:val="32"/>
          <w:lang w:eastAsia="zh-CN"/>
        </w:rPr>
        <w:t>中国</w:t>
      </w:r>
      <w:r>
        <w:rPr>
          <w:b/>
          <w:sz w:val="32"/>
          <w:lang w:eastAsia="zh-CN"/>
        </w:rPr>
        <w:t>6</w:t>
      </w:r>
      <w:r w:rsidRPr="00D46BE3">
        <w:rPr>
          <w:b/>
          <w:sz w:val="32"/>
          <w:lang w:eastAsia="zh-CN"/>
        </w:rPr>
        <w:t>km</w:t>
      </w:r>
      <w:r w:rsidR="00912823">
        <w:rPr>
          <w:rFonts w:hint="eastAsia"/>
          <w:b/>
          <w:sz w:val="32"/>
          <w:lang w:eastAsia="zh-CN"/>
        </w:rPr>
        <w:t>夜</w:t>
      </w:r>
      <w:r w:rsidRPr="00D46BE3">
        <w:rPr>
          <w:b/>
          <w:sz w:val="32"/>
          <w:lang w:eastAsia="zh-CN"/>
        </w:rPr>
        <w:t>间MOD11B1地表温度数据集（2012-202</w:t>
      </w:r>
      <w:r w:rsidR="00530DF0">
        <w:rPr>
          <w:b/>
          <w:sz w:val="32"/>
          <w:lang w:eastAsia="zh-CN"/>
        </w:rPr>
        <w:t>1</w:t>
      </w:r>
      <w:r w:rsidR="00DF4EA4" w:rsidRPr="00DF4EA4">
        <w:rPr>
          <w:b/>
          <w:sz w:val="32"/>
          <w:lang w:eastAsia="zh-CN"/>
        </w:rPr>
        <w:t>）</w:t>
      </w:r>
    </w:p>
    <w:p w14:paraId="1F05B8E7" w14:textId="410BF337" w:rsidR="004F2C0B" w:rsidRDefault="00000000">
      <w:pPr>
        <w:rPr>
          <w:lang w:eastAsia="zh-CN"/>
        </w:rPr>
      </w:pPr>
      <w:r>
        <w:rPr>
          <w:lang w:eastAsia="zh-CN"/>
        </w:rPr>
        <w:t>英文标题：</w:t>
      </w:r>
      <w:r w:rsidR="00912823">
        <w:rPr>
          <w:rFonts w:hint="eastAsia"/>
          <w:lang w:eastAsia="zh-CN"/>
        </w:rPr>
        <w:t>Night</w:t>
      </w:r>
      <w:r w:rsidR="00D46BE3">
        <w:rPr>
          <w:lang w:eastAsia="zh-CN"/>
        </w:rPr>
        <w:t>time</w:t>
      </w:r>
      <w:r w:rsidR="00EF353F">
        <w:rPr>
          <w:lang w:eastAsia="zh-CN"/>
        </w:rPr>
        <w:t xml:space="preserve"> </w:t>
      </w:r>
      <w:r w:rsidR="00D46BE3">
        <w:rPr>
          <w:lang w:eastAsia="zh-CN"/>
        </w:rPr>
        <w:t>land surface temperature of MOD11B1</w:t>
      </w:r>
      <w:r w:rsidR="00EF353F">
        <w:rPr>
          <w:lang w:eastAsia="zh-CN"/>
        </w:rPr>
        <w:t xml:space="preserve"> with </w:t>
      </w:r>
      <w:r w:rsidR="00D936E7">
        <w:rPr>
          <w:lang w:eastAsia="zh-CN"/>
        </w:rPr>
        <w:t>six</w:t>
      </w:r>
      <w:r w:rsidR="00600597">
        <w:rPr>
          <w:lang w:eastAsia="zh-CN"/>
        </w:rPr>
        <w:t xml:space="preserve">-kilometer spatial resolution </w:t>
      </w:r>
      <w:r w:rsidR="00EF353F">
        <w:rPr>
          <w:lang w:eastAsia="zh-CN"/>
        </w:rPr>
        <w:t>for</w:t>
      </w:r>
      <w:r w:rsidR="00600597">
        <w:rPr>
          <w:lang w:eastAsia="zh-CN"/>
        </w:rPr>
        <w:t xml:space="preserve"> Ch</w:t>
      </w:r>
      <w:r w:rsidR="00D46BE3">
        <w:rPr>
          <w:lang w:eastAsia="zh-CN"/>
        </w:rPr>
        <w:t>ina</w:t>
      </w:r>
      <w:r w:rsidR="00B65765">
        <w:rPr>
          <w:lang w:eastAsia="zh-CN"/>
        </w:rPr>
        <w:t xml:space="preserve"> (</w:t>
      </w:r>
      <w:r w:rsidR="00600597">
        <w:rPr>
          <w:lang w:eastAsia="zh-CN"/>
        </w:rPr>
        <w:t>20</w:t>
      </w:r>
      <w:r w:rsidR="00D46BE3">
        <w:rPr>
          <w:lang w:eastAsia="zh-CN"/>
        </w:rPr>
        <w:t>12-202</w:t>
      </w:r>
      <w:r w:rsidR="00530DF0">
        <w:rPr>
          <w:lang w:eastAsia="zh-CN"/>
        </w:rPr>
        <w:t>1</w:t>
      </w:r>
      <w:r w:rsidR="00B65765">
        <w:rPr>
          <w:lang w:eastAsia="zh-CN"/>
        </w:rPr>
        <w:t>)</w:t>
      </w:r>
    </w:p>
    <w:p w14:paraId="39932CFE" w14:textId="77777777" w:rsidR="004F2C0B" w:rsidRDefault="00000000">
      <w:pPr>
        <w:rPr>
          <w:lang w:eastAsia="zh-CN"/>
        </w:rPr>
      </w:pPr>
      <w:r>
        <w:rPr>
          <w:sz w:val="32"/>
          <w:lang w:eastAsia="zh-CN"/>
        </w:rPr>
        <w:t>1、摘要</w:t>
      </w:r>
    </w:p>
    <w:p w14:paraId="5E31D327" w14:textId="122F69C9" w:rsidR="004F2C0B" w:rsidRDefault="00717D68" w:rsidP="00570A48">
      <w:pPr>
        <w:ind w:firstLine="432"/>
        <w:rPr>
          <w:lang w:eastAsia="zh-CN"/>
        </w:rPr>
      </w:pPr>
      <w:r w:rsidRPr="00717D68">
        <w:rPr>
          <w:lang w:eastAsia="zh-CN"/>
        </w:rPr>
        <w:t>MOD11B1地表温度数据集</w:t>
      </w:r>
      <w:r>
        <w:rPr>
          <w:rFonts w:hint="eastAsia"/>
          <w:lang w:eastAsia="zh-CN"/>
        </w:rPr>
        <w:t>是M</w:t>
      </w:r>
      <w:r>
        <w:rPr>
          <w:lang w:eastAsia="zh-CN"/>
        </w:rPr>
        <w:t>ODIS</w:t>
      </w:r>
      <w:r w:rsidR="00064E24">
        <w:rPr>
          <w:rFonts w:hint="eastAsia"/>
          <w:lang w:eastAsia="zh-CN"/>
        </w:rPr>
        <w:t>系列</w:t>
      </w:r>
      <w:r>
        <w:rPr>
          <w:rFonts w:hint="eastAsia"/>
          <w:lang w:eastAsia="zh-CN"/>
        </w:rPr>
        <w:t>的地表温度产品，</w:t>
      </w:r>
      <w:r w:rsidR="000361A1" w:rsidRPr="000361A1">
        <w:rPr>
          <w:rFonts w:hint="eastAsia"/>
          <w:lang w:eastAsia="zh-CN"/>
        </w:rPr>
        <w:t>该数据集</w:t>
      </w:r>
      <w:r w:rsidR="00064E24">
        <w:rPr>
          <w:rFonts w:hint="eastAsia"/>
          <w:lang w:eastAsia="zh-CN"/>
        </w:rPr>
        <w:t>是</w:t>
      </w:r>
      <w:r w:rsidR="00D936E7">
        <w:rPr>
          <w:rFonts w:hint="eastAsia"/>
          <w:lang w:eastAsia="zh-CN"/>
        </w:rPr>
        <w:t>在M</w:t>
      </w:r>
      <w:r w:rsidR="00D936E7">
        <w:rPr>
          <w:lang w:eastAsia="zh-CN"/>
        </w:rPr>
        <w:t>OD11B1</w:t>
      </w:r>
      <w:r w:rsidR="00D936E7">
        <w:rPr>
          <w:rFonts w:hint="eastAsia"/>
          <w:lang w:eastAsia="zh-CN"/>
        </w:rPr>
        <w:t>产品的基础上</w:t>
      </w:r>
      <w:r w:rsidR="00AC3A50">
        <w:rPr>
          <w:rFonts w:hint="eastAsia"/>
          <w:lang w:eastAsia="zh-CN"/>
        </w:rPr>
        <w:t>进行</w:t>
      </w:r>
      <w:r w:rsidR="00D936E7">
        <w:rPr>
          <w:rFonts w:hint="eastAsia"/>
          <w:lang w:eastAsia="zh-CN"/>
        </w:rPr>
        <w:t>拼接、裁切</w:t>
      </w:r>
      <w:r w:rsidR="00AC3A50">
        <w:rPr>
          <w:rFonts w:hint="eastAsia"/>
          <w:lang w:eastAsia="zh-CN"/>
        </w:rPr>
        <w:t>、格式和投影转换后得到，反映的是</w:t>
      </w:r>
      <w:r w:rsidR="00522180">
        <w:rPr>
          <w:rFonts w:hint="eastAsia"/>
          <w:lang w:eastAsia="zh-CN"/>
        </w:rPr>
        <w:t>夜</w:t>
      </w:r>
      <w:r w:rsidR="00AC3A50">
        <w:rPr>
          <w:rFonts w:hint="eastAsia"/>
          <w:lang w:eastAsia="zh-CN"/>
        </w:rPr>
        <w:t>间平均</w:t>
      </w:r>
      <w:r w:rsidR="00064E24">
        <w:rPr>
          <w:rFonts w:hint="eastAsia"/>
          <w:lang w:eastAsia="zh-CN"/>
        </w:rPr>
        <w:t>地表</w:t>
      </w:r>
      <w:r w:rsidR="00AC3A50">
        <w:rPr>
          <w:rFonts w:hint="eastAsia"/>
          <w:lang w:eastAsia="zh-CN"/>
        </w:rPr>
        <w:t>温度</w:t>
      </w:r>
      <w:r w:rsidR="00D936E7" w:rsidRPr="00D936E7">
        <w:rPr>
          <w:lang w:eastAsia="zh-CN"/>
        </w:rPr>
        <w:t>。</w:t>
      </w:r>
      <w:r w:rsidR="00AC3A50">
        <w:rPr>
          <w:rFonts w:hint="eastAsia"/>
          <w:lang w:eastAsia="zh-CN"/>
        </w:rPr>
        <w:t>该数据集的</w:t>
      </w:r>
      <w:r w:rsidR="00D936E7" w:rsidRPr="00D936E7">
        <w:rPr>
          <w:lang w:eastAsia="zh-CN"/>
        </w:rPr>
        <w:t>投影</w:t>
      </w:r>
      <w:r w:rsidR="00AC3A50">
        <w:rPr>
          <w:rFonts w:hint="eastAsia"/>
          <w:lang w:eastAsia="zh-CN"/>
        </w:rPr>
        <w:t>方式</w:t>
      </w:r>
      <w:r w:rsidR="00D936E7" w:rsidRPr="00D936E7">
        <w:rPr>
          <w:lang w:eastAsia="zh-CN"/>
        </w:rPr>
        <w:t>为</w:t>
      </w:r>
      <w:r w:rsidR="00AC3A50">
        <w:rPr>
          <w:rFonts w:hint="eastAsia"/>
          <w:lang w:eastAsia="zh-CN"/>
        </w:rPr>
        <w:t>W</w:t>
      </w:r>
      <w:r w:rsidR="00AC3A50">
        <w:rPr>
          <w:lang w:eastAsia="zh-CN"/>
        </w:rPr>
        <w:t>GS84</w:t>
      </w:r>
      <w:r w:rsidR="00D936E7" w:rsidRPr="00D936E7">
        <w:rPr>
          <w:lang w:eastAsia="zh-CN"/>
        </w:rPr>
        <w:t>，时间分辨率为每日，空间分辨率为</w:t>
      </w:r>
      <w:r w:rsidR="00AC3A50" w:rsidRPr="00AC3A50">
        <w:rPr>
          <w:lang w:eastAsia="zh-CN"/>
        </w:rPr>
        <w:t>0.0577</w:t>
      </w:r>
      <w:r w:rsidR="00AC3A50">
        <w:rPr>
          <w:rFonts w:hint="eastAsia"/>
          <w:lang w:eastAsia="zh-CN"/>
        </w:rPr>
        <w:t>°（约6</w:t>
      </w:r>
      <w:r w:rsidR="00064E24">
        <w:rPr>
          <w:lang w:eastAsia="zh-CN"/>
        </w:rPr>
        <w:t xml:space="preserve"> </w:t>
      </w:r>
      <w:r w:rsidR="00D936E7" w:rsidRPr="00D936E7">
        <w:rPr>
          <w:lang w:eastAsia="zh-CN"/>
        </w:rPr>
        <w:t>km</w:t>
      </w:r>
      <w:r w:rsidR="00AC3A50">
        <w:rPr>
          <w:rFonts w:hint="eastAsia"/>
          <w:lang w:eastAsia="zh-CN"/>
        </w:rPr>
        <w:t>），空间范围为整个中国</w:t>
      </w:r>
      <w:r w:rsidR="00064E24">
        <w:rPr>
          <w:rFonts w:hint="eastAsia"/>
          <w:lang w:eastAsia="zh-CN"/>
        </w:rPr>
        <w:t>区域</w:t>
      </w:r>
      <w:r w:rsidR="00593F4B">
        <w:rPr>
          <w:rFonts w:hint="eastAsia"/>
          <w:lang w:eastAsia="zh-CN"/>
        </w:rPr>
        <w:t>，</w:t>
      </w:r>
      <w:r w:rsidR="00064E24">
        <w:rPr>
          <w:rFonts w:hint="eastAsia"/>
          <w:lang w:eastAsia="zh-CN"/>
        </w:rPr>
        <w:t>时间范围为2</w:t>
      </w:r>
      <w:r w:rsidR="00064E24">
        <w:rPr>
          <w:lang w:eastAsia="zh-CN"/>
        </w:rPr>
        <w:t>012</w:t>
      </w:r>
      <w:r w:rsidR="00064E24">
        <w:rPr>
          <w:rFonts w:hint="eastAsia"/>
          <w:lang w:eastAsia="zh-CN"/>
        </w:rPr>
        <w:t>年到2</w:t>
      </w:r>
      <w:r w:rsidR="00064E24">
        <w:rPr>
          <w:lang w:eastAsia="zh-CN"/>
        </w:rPr>
        <w:t>021</w:t>
      </w:r>
      <w:r w:rsidR="00064E24">
        <w:rPr>
          <w:rFonts w:hint="eastAsia"/>
          <w:lang w:eastAsia="zh-CN"/>
        </w:rPr>
        <w:t>年，</w:t>
      </w:r>
      <w:r w:rsidR="00593F4B">
        <w:rPr>
          <w:rFonts w:hint="eastAsia"/>
          <w:lang w:eastAsia="zh-CN"/>
        </w:rPr>
        <w:t>缺失值</w:t>
      </w:r>
      <w:r w:rsidR="00064E24">
        <w:rPr>
          <w:rFonts w:hint="eastAsia"/>
          <w:lang w:eastAsia="zh-CN"/>
        </w:rPr>
        <w:t>被赋值</w:t>
      </w:r>
      <w:r w:rsidR="00593F4B">
        <w:rPr>
          <w:rFonts w:hint="eastAsia"/>
          <w:lang w:eastAsia="zh-CN"/>
        </w:rPr>
        <w:t>为0</w:t>
      </w:r>
      <w:r w:rsidR="000361A1" w:rsidRPr="000361A1">
        <w:rPr>
          <w:lang w:eastAsia="zh-CN"/>
        </w:rPr>
        <w:t>。</w:t>
      </w:r>
      <w:r w:rsidR="00064E24">
        <w:rPr>
          <w:rFonts w:hint="eastAsia"/>
          <w:lang w:eastAsia="zh-CN"/>
        </w:rPr>
        <w:t>地表温度数据</w:t>
      </w:r>
      <w:r w:rsidR="00064E24" w:rsidRPr="00064E24">
        <w:rPr>
          <w:rFonts w:hint="eastAsia"/>
          <w:lang w:eastAsia="zh-CN"/>
        </w:rPr>
        <w:t>是研究地表能量平衡和陆面过程的重要参数</w:t>
      </w:r>
      <w:r w:rsidR="00064E24">
        <w:rPr>
          <w:rFonts w:hint="eastAsia"/>
          <w:lang w:eastAsia="zh-CN"/>
        </w:rPr>
        <w:t>，该数据集</w:t>
      </w:r>
      <w:r>
        <w:rPr>
          <w:rFonts w:hint="eastAsia"/>
          <w:lang w:eastAsia="zh-CN"/>
        </w:rPr>
        <w:t>可用于中国近1</w:t>
      </w:r>
      <w:r>
        <w:rPr>
          <w:lang w:eastAsia="zh-CN"/>
        </w:rPr>
        <w:t>0</w:t>
      </w:r>
      <w:r>
        <w:rPr>
          <w:rFonts w:hint="eastAsia"/>
          <w:lang w:eastAsia="zh-CN"/>
        </w:rPr>
        <w:t>年地表温度变化分析以及</w:t>
      </w:r>
      <w:r w:rsidR="00064E24">
        <w:rPr>
          <w:rFonts w:hint="eastAsia"/>
          <w:lang w:eastAsia="zh-CN"/>
        </w:rPr>
        <w:t>城市热岛效应等</w:t>
      </w:r>
      <w:r>
        <w:rPr>
          <w:rFonts w:hint="eastAsia"/>
          <w:lang w:eastAsia="zh-CN"/>
        </w:rPr>
        <w:t>研究</w:t>
      </w:r>
      <w:r w:rsidR="00064E24">
        <w:rPr>
          <w:rFonts w:hint="eastAsia"/>
          <w:lang w:eastAsia="zh-CN"/>
        </w:rPr>
        <w:t>，</w:t>
      </w:r>
      <w:r w:rsidR="00064E24" w:rsidRPr="00064E24">
        <w:rPr>
          <w:rFonts w:hint="eastAsia"/>
          <w:lang w:eastAsia="zh-CN"/>
        </w:rPr>
        <w:t>评估复杂地区水文、气候和生态系统动态变化</w:t>
      </w:r>
      <w:r>
        <w:rPr>
          <w:rFonts w:hint="eastAsia"/>
          <w:lang w:eastAsia="zh-CN"/>
        </w:rPr>
        <w:t>。</w:t>
      </w:r>
    </w:p>
    <w:p w14:paraId="387E78ED" w14:textId="77777777" w:rsidR="004F2C0B" w:rsidRDefault="00000000">
      <w:pPr>
        <w:rPr>
          <w:lang w:eastAsia="zh-CN"/>
        </w:rPr>
      </w:pPr>
      <w:r>
        <w:rPr>
          <w:sz w:val="32"/>
          <w:lang w:eastAsia="zh-CN"/>
        </w:rPr>
        <w:t>2、关键词</w:t>
      </w:r>
    </w:p>
    <w:p w14:paraId="66F1FC4E" w14:textId="7A54BEC7" w:rsidR="004F2C0B" w:rsidRDefault="00000000">
      <w:pPr>
        <w:ind w:left="432"/>
        <w:rPr>
          <w:lang w:eastAsia="zh-CN"/>
        </w:rPr>
      </w:pPr>
      <w:r>
        <w:rPr>
          <w:lang w:eastAsia="zh-CN"/>
        </w:rPr>
        <w:t>主题关键词：</w:t>
      </w:r>
      <w:r w:rsidR="00593F4B">
        <w:rPr>
          <w:rFonts w:hint="eastAsia"/>
          <w:lang w:eastAsia="zh-CN"/>
        </w:rPr>
        <w:t>地表温度</w:t>
      </w:r>
      <w:r>
        <w:rPr>
          <w:lang w:eastAsia="zh-CN"/>
        </w:rPr>
        <w:br/>
        <w:t>学科关键词：</w:t>
      </w:r>
      <w:r w:rsidR="00593F4B">
        <w:rPr>
          <w:rFonts w:hint="eastAsia"/>
          <w:lang w:eastAsia="zh-CN"/>
        </w:rPr>
        <w:t>遥感</w:t>
      </w:r>
      <w:r>
        <w:rPr>
          <w:lang w:eastAsia="zh-CN"/>
        </w:rPr>
        <w:br/>
        <w:t>地点关键词：</w:t>
      </w:r>
      <w:r w:rsidR="00593F4B">
        <w:rPr>
          <w:rFonts w:hint="eastAsia"/>
          <w:lang w:eastAsia="zh-CN"/>
        </w:rPr>
        <w:t>中国</w:t>
      </w:r>
      <w:r>
        <w:rPr>
          <w:lang w:eastAsia="zh-CN"/>
        </w:rPr>
        <w:br/>
        <w:t>时间关键词：</w:t>
      </w:r>
      <w:r w:rsidR="00450B37">
        <w:rPr>
          <w:lang w:eastAsia="zh-CN"/>
        </w:rPr>
        <w:t>20</w:t>
      </w:r>
      <w:r w:rsidR="00593F4B">
        <w:rPr>
          <w:lang w:eastAsia="zh-CN"/>
        </w:rPr>
        <w:t>12-202</w:t>
      </w:r>
      <w:r w:rsidR="00530DF0">
        <w:rPr>
          <w:lang w:eastAsia="zh-CN"/>
        </w:rPr>
        <w:t>1</w:t>
      </w:r>
    </w:p>
    <w:p w14:paraId="6C691EDD" w14:textId="77777777" w:rsidR="004F2C0B" w:rsidRDefault="00000000">
      <w:pPr>
        <w:rPr>
          <w:lang w:eastAsia="zh-CN"/>
        </w:rPr>
      </w:pPr>
      <w:r>
        <w:rPr>
          <w:sz w:val="32"/>
          <w:lang w:eastAsia="zh-CN"/>
        </w:rPr>
        <w:t>3、数据细节</w:t>
      </w:r>
    </w:p>
    <w:p w14:paraId="17D1FF05" w14:textId="77777777" w:rsidR="004F2C0B" w:rsidRDefault="00000000">
      <w:pPr>
        <w:ind w:left="432"/>
        <w:rPr>
          <w:lang w:eastAsia="zh-CN"/>
        </w:rPr>
      </w:pPr>
      <w:r>
        <w:rPr>
          <w:lang w:eastAsia="zh-CN"/>
        </w:rPr>
        <w:t>1.比例尺：None</w:t>
      </w:r>
    </w:p>
    <w:p w14:paraId="6E312AAC" w14:textId="7C098B81" w:rsidR="004F2C0B" w:rsidRDefault="00000000">
      <w:pPr>
        <w:ind w:left="432"/>
        <w:rPr>
          <w:lang w:eastAsia="zh-CN"/>
        </w:rPr>
      </w:pPr>
      <w:r>
        <w:rPr>
          <w:lang w:eastAsia="zh-CN"/>
        </w:rPr>
        <w:t>2.投影：</w:t>
      </w:r>
      <w:r w:rsidR="00593F4B">
        <w:rPr>
          <w:rFonts w:hint="eastAsia"/>
          <w:lang w:eastAsia="zh-CN"/>
        </w:rPr>
        <w:t>W</w:t>
      </w:r>
      <w:r w:rsidR="00593F4B">
        <w:rPr>
          <w:lang w:eastAsia="zh-CN"/>
        </w:rPr>
        <w:t>GS84</w:t>
      </w:r>
    </w:p>
    <w:p w14:paraId="6F3EE9BD" w14:textId="643C01F6" w:rsidR="004F2C0B" w:rsidRDefault="00000000">
      <w:pPr>
        <w:ind w:left="432"/>
        <w:rPr>
          <w:lang w:eastAsia="zh-CN"/>
        </w:rPr>
      </w:pPr>
      <w:r>
        <w:rPr>
          <w:lang w:eastAsia="zh-CN"/>
        </w:rPr>
        <w:t>3.文件大小：</w:t>
      </w:r>
      <w:r w:rsidR="00593F4B">
        <w:rPr>
          <w:lang w:eastAsia="zh-CN"/>
        </w:rPr>
        <w:t>2488</w:t>
      </w:r>
      <w:r>
        <w:rPr>
          <w:lang w:eastAsia="zh-CN"/>
        </w:rPr>
        <w:t>.0MB</w:t>
      </w:r>
    </w:p>
    <w:p w14:paraId="5B99EF2B" w14:textId="281BA2E2" w:rsidR="004F2C0B" w:rsidRDefault="00000000">
      <w:pPr>
        <w:ind w:left="432"/>
        <w:rPr>
          <w:lang w:eastAsia="zh-CN"/>
        </w:rPr>
      </w:pPr>
      <w:r>
        <w:rPr>
          <w:lang w:eastAsia="zh-CN"/>
        </w:rPr>
        <w:t>4.数据格式：*.</w:t>
      </w:r>
      <w:r w:rsidR="00593F4B">
        <w:rPr>
          <w:rFonts w:hint="eastAsia"/>
          <w:lang w:eastAsia="zh-CN"/>
        </w:rPr>
        <w:t>tif</w:t>
      </w:r>
    </w:p>
    <w:p w14:paraId="5F855EA8" w14:textId="61CA31AE" w:rsidR="00B2222F" w:rsidRPr="00B2222F" w:rsidRDefault="00B2222F">
      <w:pPr>
        <w:ind w:left="432"/>
        <w:rPr>
          <w:lang w:eastAsia="zh-CN"/>
        </w:rPr>
      </w:pPr>
      <w:r>
        <w:rPr>
          <w:lang w:eastAsia="zh-CN"/>
        </w:rPr>
        <w:t>5.</w:t>
      </w:r>
      <w:r>
        <w:rPr>
          <w:rFonts w:hint="eastAsia"/>
          <w:lang w:eastAsia="zh-CN"/>
        </w:rPr>
        <w:t>文件命名格式：</w:t>
      </w:r>
      <w:r w:rsidR="00593F4B" w:rsidRPr="00593F4B">
        <w:rPr>
          <w:lang w:eastAsia="zh-CN"/>
        </w:rPr>
        <w:t>MOD11B1.A</w:t>
      </w:r>
      <w:r w:rsidR="00593F4B">
        <w:rPr>
          <w:lang w:eastAsia="zh-CN"/>
        </w:rPr>
        <w:t>yyyydoy</w:t>
      </w:r>
      <w:r w:rsidR="00593F4B" w:rsidRPr="00593F4B">
        <w:rPr>
          <w:lang w:eastAsia="zh-CN"/>
        </w:rPr>
        <w:t>.LST_</w:t>
      </w:r>
      <w:r w:rsidR="00522180">
        <w:rPr>
          <w:lang w:eastAsia="zh-CN"/>
        </w:rPr>
        <w:t>N</w:t>
      </w:r>
      <w:r w:rsidR="00522180" w:rsidRPr="00522180">
        <w:rPr>
          <w:lang w:eastAsia="zh-CN"/>
        </w:rPr>
        <w:t>ight</w:t>
      </w:r>
      <w:r w:rsidR="00593F4B" w:rsidRPr="00593F4B">
        <w:rPr>
          <w:lang w:eastAsia="zh-CN"/>
        </w:rPr>
        <w:t>_6km.tif</w:t>
      </w:r>
      <w:r w:rsidRPr="00B2222F">
        <w:rPr>
          <w:lang w:eastAsia="zh-CN"/>
        </w:rPr>
        <w:t>，其中yyyy代表年，</w:t>
      </w:r>
      <w:r w:rsidR="00593F4B">
        <w:rPr>
          <w:lang w:eastAsia="zh-CN"/>
        </w:rPr>
        <w:t>doy</w:t>
      </w:r>
      <w:r w:rsidRPr="00B2222F">
        <w:rPr>
          <w:lang w:eastAsia="zh-CN"/>
        </w:rPr>
        <w:t>代表</w:t>
      </w:r>
      <w:r w:rsidR="00593F4B">
        <w:rPr>
          <w:rFonts w:hint="eastAsia"/>
          <w:lang w:eastAsia="zh-CN"/>
        </w:rPr>
        <w:t>一年中的天，</w:t>
      </w:r>
      <w:r w:rsidR="00593F4B" w:rsidRPr="00593F4B">
        <w:rPr>
          <w:lang w:eastAsia="zh-CN"/>
        </w:rPr>
        <w:t>LST_</w:t>
      </w:r>
      <w:r w:rsidR="00522180">
        <w:rPr>
          <w:lang w:eastAsia="zh-CN"/>
        </w:rPr>
        <w:t>N</w:t>
      </w:r>
      <w:r w:rsidR="00522180" w:rsidRPr="00522180">
        <w:rPr>
          <w:lang w:eastAsia="zh-CN"/>
        </w:rPr>
        <w:t>ight</w:t>
      </w:r>
      <w:r w:rsidR="00593F4B" w:rsidRPr="00593F4B">
        <w:rPr>
          <w:lang w:eastAsia="zh-CN"/>
        </w:rPr>
        <w:t>_6km</w:t>
      </w:r>
      <w:r w:rsidR="00593F4B">
        <w:rPr>
          <w:rFonts w:hint="eastAsia"/>
          <w:lang w:eastAsia="zh-CN"/>
        </w:rPr>
        <w:t>代表</w:t>
      </w:r>
      <w:r w:rsidR="00522180">
        <w:rPr>
          <w:rFonts w:hint="eastAsia"/>
          <w:lang w:eastAsia="zh-CN"/>
        </w:rPr>
        <w:t>夜</w:t>
      </w:r>
      <w:r w:rsidR="00593F4B">
        <w:rPr>
          <w:rFonts w:hint="eastAsia"/>
          <w:lang w:eastAsia="zh-CN"/>
        </w:rPr>
        <w:t>间6km空间分辨率的地表温度</w:t>
      </w:r>
      <w:r w:rsidRPr="00B2222F">
        <w:rPr>
          <w:lang w:eastAsia="zh-CN"/>
        </w:rPr>
        <w:t>。</w:t>
      </w:r>
    </w:p>
    <w:p w14:paraId="3B793A09" w14:textId="77777777" w:rsidR="004F2C0B" w:rsidRDefault="00000000">
      <w:pPr>
        <w:rPr>
          <w:lang w:eastAsia="zh-CN"/>
        </w:rPr>
      </w:pPr>
      <w:r>
        <w:rPr>
          <w:sz w:val="32"/>
          <w:lang w:eastAsia="zh-CN"/>
        </w:rPr>
        <w:t>4、空间范围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2880"/>
        <w:gridCol w:w="2880"/>
        <w:gridCol w:w="2880"/>
      </w:tblGrid>
      <w:tr w:rsidR="004F2C0B" w14:paraId="0A6D3ED4" w14:textId="77777777">
        <w:trPr>
          <w:jc w:val="center"/>
        </w:trPr>
        <w:tc>
          <w:tcPr>
            <w:tcW w:w="2880" w:type="dxa"/>
          </w:tcPr>
          <w:p w14:paraId="34B436F3" w14:textId="77777777" w:rsidR="004F2C0B" w:rsidRDefault="00000000">
            <w:r>
              <w:t>-</w:t>
            </w:r>
          </w:p>
        </w:tc>
        <w:tc>
          <w:tcPr>
            <w:tcW w:w="2880" w:type="dxa"/>
          </w:tcPr>
          <w:p w14:paraId="00ACCD4A" w14:textId="284FDF4C" w:rsidR="004F2C0B" w:rsidRDefault="00000000">
            <w:r>
              <w:t>北：</w:t>
            </w:r>
            <w:r w:rsidR="00530DF0" w:rsidRPr="00530DF0">
              <w:t>53.5525243591377</w:t>
            </w:r>
          </w:p>
        </w:tc>
        <w:tc>
          <w:tcPr>
            <w:tcW w:w="2880" w:type="dxa"/>
          </w:tcPr>
          <w:p w14:paraId="004C4E87" w14:textId="77777777" w:rsidR="004F2C0B" w:rsidRDefault="00000000">
            <w:r>
              <w:t>-</w:t>
            </w:r>
          </w:p>
        </w:tc>
      </w:tr>
      <w:tr w:rsidR="004F2C0B" w14:paraId="7EE2D9B7" w14:textId="77777777">
        <w:trPr>
          <w:jc w:val="center"/>
        </w:trPr>
        <w:tc>
          <w:tcPr>
            <w:tcW w:w="2880" w:type="dxa"/>
          </w:tcPr>
          <w:p w14:paraId="1C100952" w14:textId="69BF843E" w:rsidR="004F2C0B" w:rsidRDefault="00000000">
            <w:r>
              <w:t>西：</w:t>
            </w:r>
            <w:r w:rsidR="00530DF0" w:rsidRPr="00530DF0">
              <w:t>73.4469604492187</w:t>
            </w:r>
          </w:p>
        </w:tc>
        <w:tc>
          <w:tcPr>
            <w:tcW w:w="2880" w:type="dxa"/>
          </w:tcPr>
          <w:p w14:paraId="2E4242A4" w14:textId="77777777" w:rsidR="004F2C0B" w:rsidRDefault="00000000">
            <w:r>
              <w:t>-</w:t>
            </w:r>
          </w:p>
        </w:tc>
        <w:tc>
          <w:tcPr>
            <w:tcW w:w="2880" w:type="dxa"/>
          </w:tcPr>
          <w:p w14:paraId="3F035BBB" w14:textId="56C89B9A" w:rsidR="004F2C0B" w:rsidRDefault="00000000">
            <w:r>
              <w:t>东：</w:t>
            </w:r>
            <w:r w:rsidR="00530DF0" w:rsidRPr="00530DF0">
              <w:t>135.108067734379</w:t>
            </w:r>
          </w:p>
        </w:tc>
      </w:tr>
      <w:tr w:rsidR="004F2C0B" w14:paraId="7924EB8C" w14:textId="77777777">
        <w:trPr>
          <w:jc w:val="center"/>
        </w:trPr>
        <w:tc>
          <w:tcPr>
            <w:tcW w:w="2880" w:type="dxa"/>
          </w:tcPr>
          <w:p w14:paraId="5FC737F1" w14:textId="77777777" w:rsidR="004F2C0B" w:rsidRDefault="00000000">
            <w:r>
              <w:lastRenderedPageBreak/>
              <w:t>-</w:t>
            </w:r>
          </w:p>
        </w:tc>
        <w:tc>
          <w:tcPr>
            <w:tcW w:w="2880" w:type="dxa"/>
          </w:tcPr>
          <w:p w14:paraId="78B9F921" w14:textId="796397E1" w:rsidR="004F2C0B" w:rsidRDefault="00000000">
            <w:r>
              <w:t>南：</w:t>
            </w:r>
            <w:r w:rsidR="00530DF0" w:rsidRPr="00530DF0">
              <w:t>18.1608963012695</w:t>
            </w:r>
          </w:p>
        </w:tc>
        <w:tc>
          <w:tcPr>
            <w:tcW w:w="2880" w:type="dxa"/>
          </w:tcPr>
          <w:p w14:paraId="11976C5D" w14:textId="77777777" w:rsidR="004F2C0B" w:rsidRDefault="00000000">
            <w:r>
              <w:t>-</w:t>
            </w:r>
          </w:p>
        </w:tc>
      </w:tr>
    </w:tbl>
    <w:p w14:paraId="186D49CE" w14:textId="0A93CEAB" w:rsidR="004F2C0B" w:rsidRDefault="00000000">
      <w:r>
        <w:rPr>
          <w:sz w:val="32"/>
        </w:rPr>
        <w:t>5、时间范围</w:t>
      </w:r>
      <w:r w:rsidR="00B527C7">
        <w:t>20</w:t>
      </w:r>
      <w:r w:rsidR="00530DF0">
        <w:t>12</w:t>
      </w:r>
      <w:r>
        <w:t>-01-01 --</w:t>
      </w:r>
      <w:r w:rsidR="00530DF0">
        <w:t xml:space="preserve"> </w:t>
      </w:r>
      <w:r>
        <w:t>20</w:t>
      </w:r>
      <w:r w:rsidR="00B527C7">
        <w:t>2</w:t>
      </w:r>
      <w:r w:rsidR="00530DF0">
        <w:t>1</w:t>
      </w:r>
      <w:r>
        <w:t>-12-31</w:t>
      </w:r>
    </w:p>
    <w:p w14:paraId="33B525B3" w14:textId="77777777" w:rsidR="004F2C0B" w:rsidRDefault="00000000">
      <w:pPr>
        <w:rPr>
          <w:lang w:eastAsia="zh-CN"/>
        </w:rPr>
      </w:pPr>
      <w:r>
        <w:rPr>
          <w:sz w:val="32"/>
          <w:lang w:eastAsia="zh-CN"/>
        </w:rPr>
        <w:t>6、引用方式</w:t>
      </w:r>
    </w:p>
    <w:p w14:paraId="3E2F0DDC" w14:textId="65621B5B" w:rsidR="004F2C0B" w:rsidRDefault="00B527C7">
      <w:pPr>
        <w:ind w:left="864"/>
        <w:rPr>
          <w:lang w:eastAsia="zh-CN"/>
        </w:rPr>
      </w:pPr>
      <w:r>
        <w:rPr>
          <w:rFonts w:hint="eastAsia"/>
          <w:lang w:eastAsia="zh-CN"/>
        </w:rPr>
        <w:t>无</w:t>
      </w:r>
      <w:r w:rsidR="00FC2F9F">
        <w:rPr>
          <w:lang w:eastAsia="zh-CN"/>
        </w:rPr>
        <w:br/>
      </w:r>
      <w:r w:rsidR="00FC2F9F">
        <w:rPr>
          <w:lang w:eastAsia="zh-CN"/>
        </w:rPr>
        <w:br/>
      </w:r>
    </w:p>
    <w:p w14:paraId="2E33781B" w14:textId="77777777" w:rsidR="004F2C0B" w:rsidRDefault="00000000">
      <w:pPr>
        <w:rPr>
          <w:lang w:eastAsia="zh-CN"/>
        </w:rPr>
      </w:pPr>
      <w:r>
        <w:rPr>
          <w:sz w:val="32"/>
          <w:lang w:eastAsia="zh-CN"/>
        </w:rPr>
        <w:t>7、资助项目信息</w:t>
      </w:r>
    </w:p>
    <w:p w14:paraId="07936CB8" w14:textId="06A7DC1E" w:rsidR="004F2C0B" w:rsidRDefault="004C7AD0">
      <w:pPr>
        <w:ind w:left="432"/>
        <w:rPr>
          <w:lang w:eastAsia="zh-CN"/>
        </w:rPr>
      </w:pPr>
      <w:r>
        <w:rPr>
          <w:rFonts w:hint="eastAsia"/>
          <w:lang w:eastAsia="zh-CN"/>
        </w:rPr>
        <w:t>无</w:t>
      </w:r>
      <w:r w:rsidR="00183379">
        <w:rPr>
          <w:lang w:eastAsia="zh-CN"/>
        </w:rPr>
        <w:br/>
      </w:r>
    </w:p>
    <w:p w14:paraId="3DBE7834" w14:textId="77777777" w:rsidR="004F2C0B" w:rsidRDefault="00000000">
      <w:pPr>
        <w:rPr>
          <w:lang w:eastAsia="zh-CN"/>
        </w:rPr>
      </w:pPr>
      <w:r>
        <w:rPr>
          <w:sz w:val="32"/>
          <w:lang w:eastAsia="zh-CN"/>
        </w:rPr>
        <w:t>8、数据资源提供者</w:t>
      </w:r>
    </w:p>
    <w:p w14:paraId="4F1646EB" w14:textId="15498208" w:rsidR="004F2C0B" w:rsidRDefault="00000000">
      <w:pPr>
        <w:ind w:left="432"/>
        <w:rPr>
          <w:lang w:eastAsia="zh-CN"/>
        </w:rPr>
      </w:pPr>
      <w:r>
        <w:rPr>
          <w:lang w:eastAsia="zh-CN"/>
        </w:rPr>
        <w:t xml:space="preserve">姓名: </w:t>
      </w:r>
      <w:r w:rsidR="00183379">
        <w:rPr>
          <w:rFonts w:hint="eastAsia"/>
          <w:lang w:eastAsia="zh-CN"/>
        </w:rPr>
        <w:t>郎芹</w:t>
      </w:r>
      <w:r>
        <w:rPr>
          <w:lang w:eastAsia="zh-CN"/>
        </w:rPr>
        <w:br/>
        <w:t xml:space="preserve">单位: </w:t>
      </w:r>
      <w:r w:rsidR="008F533B">
        <w:rPr>
          <w:lang w:eastAsia="zh-CN"/>
        </w:rPr>
        <w:t>西南大学地理科学学院，重庆金佛山喀斯特生态系统国家野外科学观测研究站</w:t>
      </w:r>
      <w:r>
        <w:rPr>
          <w:lang w:eastAsia="zh-CN"/>
        </w:rPr>
        <w:br/>
        <w:t xml:space="preserve">电子邮件: </w:t>
      </w:r>
      <w:r w:rsidR="00183379">
        <w:rPr>
          <w:rFonts w:hint="eastAsia"/>
          <w:lang w:eastAsia="zh-CN"/>
        </w:rPr>
        <w:t>langqin</w:t>
      </w:r>
      <w:r w:rsidR="00183379">
        <w:rPr>
          <w:lang w:eastAsia="zh-CN"/>
        </w:rPr>
        <w:t>@email.swu.edu.cn</w:t>
      </w:r>
      <w:r>
        <w:rPr>
          <w:lang w:eastAsia="zh-CN"/>
        </w:rPr>
        <w:br/>
      </w:r>
    </w:p>
    <w:sectPr w:rsidR="004F2C0B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DCA5F2" w14:textId="77777777" w:rsidR="00591C6B" w:rsidRDefault="00591C6B" w:rsidP="00FC2F9F">
      <w:pPr>
        <w:spacing w:after="0" w:line="240" w:lineRule="auto"/>
      </w:pPr>
      <w:r>
        <w:separator/>
      </w:r>
    </w:p>
  </w:endnote>
  <w:endnote w:type="continuationSeparator" w:id="0">
    <w:p w14:paraId="4683321B" w14:textId="77777777" w:rsidR="00591C6B" w:rsidRDefault="00591C6B" w:rsidP="00FC2F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D4EA74" w14:textId="77777777" w:rsidR="00591C6B" w:rsidRDefault="00591C6B" w:rsidP="00FC2F9F">
      <w:pPr>
        <w:spacing w:after="0" w:line="240" w:lineRule="auto"/>
      </w:pPr>
      <w:r>
        <w:separator/>
      </w:r>
    </w:p>
  </w:footnote>
  <w:footnote w:type="continuationSeparator" w:id="0">
    <w:p w14:paraId="0B19471A" w14:textId="77777777" w:rsidR="00591C6B" w:rsidRDefault="00591C6B" w:rsidP="00FC2F9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336803571">
    <w:abstractNumId w:val="8"/>
  </w:num>
  <w:num w:numId="2" w16cid:durableId="2066366340">
    <w:abstractNumId w:val="6"/>
  </w:num>
  <w:num w:numId="3" w16cid:durableId="1555389303">
    <w:abstractNumId w:val="5"/>
  </w:num>
  <w:num w:numId="4" w16cid:durableId="1174297708">
    <w:abstractNumId w:val="4"/>
  </w:num>
  <w:num w:numId="5" w16cid:durableId="438570208">
    <w:abstractNumId w:val="7"/>
  </w:num>
  <w:num w:numId="6" w16cid:durableId="561209678">
    <w:abstractNumId w:val="3"/>
  </w:num>
  <w:num w:numId="7" w16cid:durableId="1000735912">
    <w:abstractNumId w:val="2"/>
  </w:num>
  <w:num w:numId="8" w16cid:durableId="1638341791">
    <w:abstractNumId w:val="1"/>
  </w:num>
  <w:num w:numId="9" w16cid:durableId="3326862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3"/>
  <w:bordersDoNotSurroundHeader/>
  <w:bordersDoNotSurroundFooter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361A1"/>
    <w:rsid w:val="000435BF"/>
    <w:rsid w:val="00056B5C"/>
    <w:rsid w:val="0006063C"/>
    <w:rsid w:val="00064E24"/>
    <w:rsid w:val="000A31C7"/>
    <w:rsid w:val="000A641F"/>
    <w:rsid w:val="0015074B"/>
    <w:rsid w:val="001566E3"/>
    <w:rsid w:val="00183379"/>
    <w:rsid w:val="0022209C"/>
    <w:rsid w:val="0024131C"/>
    <w:rsid w:val="002466E2"/>
    <w:rsid w:val="00256FAF"/>
    <w:rsid w:val="0029639D"/>
    <w:rsid w:val="0030081A"/>
    <w:rsid w:val="0031264D"/>
    <w:rsid w:val="00326F90"/>
    <w:rsid w:val="003646C9"/>
    <w:rsid w:val="00450B37"/>
    <w:rsid w:val="004C7AD0"/>
    <w:rsid w:val="004F2C0B"/>
    <w:rsid w:val="00522180"/>
    <w:rsid w:val="00530DF0"/>
    <w:rsid w:val="00570A48"/>
    <w:rsid w:val="00591C6B"/>
    <w:rsid w:val="00593F4B"/>
    <w:rsid w:val="005E01A8"/>
    <w:rsid w:val="005F4D49"/>
    <w:rsid w:val="00600597"/>
    <w:rsid w:val="006010A5"/>
    <w:rsid w:val="00691ABA"/>
    <w:rsid w:val="00717D68"/>
    <w:rsid w:val="007F4014"/>
    <w:rsid w:val="008413B2"/>
    <w:rsid w:val="008F533B"/>
    <w:rsid w:val="00912823"/>
    <w:rsid w:val="0093056F"/>
    <w:rsid w:val="009807F9"/>
    <w:rsid w:val="00A67E9D"/>
    <w:rsid w:val="00A95EC6"/>
    <w:rsid w:val="00AA1D8D"/>
    <w:rsid w:val="00AC3A50"/>
    <w:rsid w:val="00AD0153"/>
    <w:rsid w:val="00AE247F"/>
    <w:rsid w:val="00B2222F"/>
    <w:rsid w:val="00B37AED"/>
    <w:rsid w:val="00B47730"/>
    <w:rsid w:val="00B527C7"/>
    <w:rsid w:val="00B65765"/>
    <w:rsid w:val="00B84816"/>
    <w:rsid w:val="00B95F25"/>
    <w:rsid w:val="00BD7CFA"/>
    <w:rsid w:val="00C34AFA"/>
    <w:rsid w:val="00C63D4E"/>
    <w:rsid w:val="00CB0664"/>
    <w:rsid w:val="00CC76B1"/>
    <w:rsid w:val="00CE1D30"/>
    <w:rsid w:val="00CF3DE0"/>
    <w:rsid w:val="00D46BE3"/>
    <w:rsid w:val="00D936E7"/>
    <w:rsid w:val="00DE36F3"/>
    <w:rsid w:val="00DF4EA4"/>
    <w:rsid w:val="00E35F1F"/>
    <w:rsid w:val="00E854E6"/>
    <w:rsid w:val="00EC4ED3"/>
    <w:rsid w:val="00EF353F"/>
    <w:rsid w:val="00F21AF6"/>
    <w:rsid w:val="00F37290"/>
    <w:rsid w:val="00F8230A"/>
    <w:rsid w:val="00FC2F9F"/>
    <w:rsid w:val="00FC693F"/>
    <w:rsid w:val="00FD39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650D8BD4"/>
  <w14:defaultImageDpi w14:val="300"/>
  <w15:docId w15:val="{C0D8FE52-E8B6-4915-93D2-BB8766B6C1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rPr>
      <w:rFonts w:ascii="宋体" w:eastAsia="宋体" w:hAnsi="宋体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页眉 字符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页脚 字符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标题 1 字符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标题 2 字符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标题 3 字符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标题 字符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副标题 字符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正文文本 字符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正文文本 2 字符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正文文本 3 字符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宏文本 字符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af5">
    <w:name w:val="Quote"/>
    <w:basedOn w:val="a1"/>
    <w:next w:val="a1"/>
    <w:link w:val="af6"/>
    <w:uiPriority w:val="29"/>
    <w:qFormat/>
    <w:rsid w:val="00FC693F"/>
    <w:rPr>
      <w:i/>
      <w:iCs/>
      <w:color w:val="000000" w:themeColor="text1"/>
    </w:rPr>
  </w:style>
  <w:style w:type="character" w:customStyle="1" w:styleId="af6">
    <w:name w:val="引用 字符"/>
    <w:basedOn w:val="a2"/>
    <w:link w:val="af5"/>
    <w:uiPriority w:val="29"/>
    <w:rsid w:val="00FC693F"/>
    <w:rPr>
      <w:i/>
      <w:iCs/>
      <w:color w:val="000000" w:themeColor="text1"/>
    </w:rPr>
  </w:style>
  <w:style w:type="character" w:customStyle="1" w:styleId="40">
    <w:name w:val="标题 4 字符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标题 5 字符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标题 6 字符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标题 7 字符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标题 8 字符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标题 9 字符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7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8">
    <w:name w:val="Strong"/>
    <w:basedOn w:val="a2"/>
    <w:uiPriority w:val="22"/>
    <w:qFormat/>
    <w:rsid w:val="00FC693F"/>
    <w:rPr>
      <w:b/>
      <w:bCs/>
    </w:rPr>
  </w:style>
  <w:style w:type="character" w:styleId="af9">
    <w:name w:val="Emphasis"/>
    <w:basedOn w:val="a2"/>
    <w:uiPriority w:val="20"/>
    <w:qFormat/>
    <w:rsid w:val="00FC693F"/>
    <w:rPr>
      <w:i/>
      <w:iCs/>
    </w:rPr>
  </w:style>
  <w:style w:type="paragraph" w:styleId="afa">
    <w:name w:val="Intense Quote"/>
    <w:basedOn w:val="a1"/>
    <w:next w:val="a1"/>
    <w:link w:val="afb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b">
    <w:name w:val="明显引用 字符"/>
    <w:basedOn w:val="a2"/>
    <w:link w:val="afa"/>
    <w:uiPriority w:val="30"/>
    <w:rsid w:val="00FC693F"/>
    <w:rPr>
      <w:b/>
      <w:bCs/>
      <w:i/>
      <w:iCs/>
      <w:color w:val="4F81BD" w:themeColor="accent1"/>
    </w:rPr>
  </w:style>
  <w:style w:type="character" w:styleId="afc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d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e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f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f0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TOC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1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2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3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4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7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8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9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5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6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7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8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555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8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220</TotalTime>
  <Pages>2</Pages>
  <Words>126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849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郎 芹</cp:lastModifiedBy>
  <cp:revision>44</cp:revision>
  <dcterms:created xsi:type="dcterms:W3CDTF">2022-09-25T02:57:00Z</dcterms:created>
  <dcterms:modified xsi:type="dcterms:W3CDTF">2023-03-06T13:32:00Z</dcterms:modified>
  <cp:category/>
</cp:coreProperties>
</file>