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中国成渝地区 1kmNDVI数据集（1998-2018）</w:t>
      </w:r>
    </w:p>
    <w:p>
      <w:r>
        <w:rPr>
          <w:sz w:val="22"/>
        </w:rPr>
        <w:t>英文标题：1km NDVI dataset of Chengdu-Chongqing economic circle, China (1998-2018)</w:t>
      </w:r>
    </w:p>
    <w:p>
      <w:r>
        <w:rPr>
          <w:sz w:val="32"/>
        </w:rPr>
        <w:t>1、摘要</w:t>
      </w:r>
    </w:p>
    <w:p>
      <w:pPr>
        <w:ind w:firstLine="432"/>
      </w:pPr>
      <w:r>
        <w:rPr>
          <w:sz w:val="22"/>
        </w:rPr>
        <w:t>植被指数可以准确反映地表植被覆盖状况。目前，基于SPOT/VEGETATION以及MODIS等卫星遥感影像得到的NDVI时序数据已经在各尺度区域的植被动态变化监测、土地利用/覆被变化检测、宏观植被覆盖分类和净初级生产力估算等研究中得到了广泛的应用。该数据集是基于连续时间序列的SPOT/VEGETATION NDVI卫星遥感数据，采用最大值合成法生成的1998年以来的年度植被指数数据集。该数据集有效反映了地区在空间和时间尺度上的植被覆盖分布和变化状况，对植被变化状况监测、植被资源合理利用和其它生态环境相关领域的研究有十分重要的参考意义。</w:t>
      </w:r>
    </w:p>
    <w:p>
      <w:r>
        <w:rPr>
          <w:sz w:val="32"/>
        </w:rPr>
        <w:t>2、关键词</w:t>
      </w:r>
    </w:p>
    <w:p>
      <w:pPr>
        <w:ind w:left="432"/>
      </w:pPr>
      <w:r>
        <w:rPr>
          <w:sz w:val="22"/>
        </w:rPr>
        <w:t>主题关键词：</w:t>
      </w:r>
      <w:r>
        <w:rPr>
          <w:sz w:val="22"/>
        </w:rPr>
        <w:t>植被</w:t>
        <w:br/>
      </w:r>
      <w:r>
        <w:rPr>
          <w:sz w:val="22"/>
        </w:rPr>
        <w:t>学科关键词：</w:t>
      </w:r>
      <w:r>
        <w:rPr>
          <w:sz w:val="22"/>
        </w:rPr>
        <w:t>陆地表层</w:t>
        <w:br/>
      </w:r>
      <w:r>
        <w:rPr>
          <w:sz w:val="22"/>
        </w:rPr>
        <w:t>地点关键词：</w:t>
      </w:r>
      <w:r>
        <w:rPr>
          <w:sz w:val="22"/>
        </w:rPr>
        <w:t>成渝地区</w:t>
        <w:br/>
      </w:r>
      <w:r>
        <w:rPr>
          <w:sz w:val="22"/>
        </w:rPr>
        <w:t>时间关键词：</w:t>
      </w:r>
      <w:r>
        <w:rPr>
          <w:sz w:val="22"/>
        </w:rPr>
        <w:t>1998-2018</w:t>
      </w:r>
    </w:p>
    <w:p>
      <w:r>
        <w:rPr>
          <w:sz w:val="32"/>
        </w:rPr>
        <w:t>3、数据细节</w:t>
      </w:r>
    </w:p>
    <w:p>
      <w:pPr>
        <w:ind w:left="432"/>
      </w:pPr>
      <w:r>
        <w:rPr>
          <w:sz w:val="22"/>
        </w:rPr>
        <w:t>1.比例尺：None</w:t>
      </w:r>
    </w:p>
    <w:p>
      <w:pPr>
        <w:ind w:left="432"/>
      </w:pPr>
      <w:r>
        <w:rPr>
          <w:sz w:val="22"/>
        </w:rPr>
        <w:t>2.投影：None</w:t>
      </w:r>
    </w:p>
    <w:p>
      <w:pPr>
        <w:ind w:left="432"/>
      </w:pPr>
      <w:r>
        <w:rPr>
          <w:sz w:val="22"/>
        </w:rPr>
        <w:t>3.文件大小：3.71MB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北：33.0</w:t>
            </w:r>
          </w:p>
        </w:tc>
        <w:tc>
          <w:tcPr>
            <w:tcW w:type="dxa" w:w="2880"/>
          </w:tcPr>
          <w:p>
            <w:r>
              <w:t>-</w:t>
            </w:r>
          </w:p>
        </w:tc>
      </w:tr>
      <w:tr>
        <w:tc>
          <w:tcPr>
            <w:tcW w:type="dxa" w:w="2880"/>
          </w:tcPr>
          <w:p>
            <w:r>
              <w:t>西：101.0</w:t>
            </w:r>
          </w:p>
        </w:tc>
        <w:tc>
          <w:tcPr>
            <w:tcW w:type="dxa" w:w="2880"/>
          </w:tcPr>
          <w:p>
            <w:r>
              <w:t>-</w:t>
            </w:r>
          </w:p>
        </w:tc>
        <w:tc>
          <w:tcPr>
            <w:tcW w:type="dxa" w:w="2880"/>
          </w:tcPr>
          <w:p>
            <w:r>
              <w:t>东：109.0</w:t>
            </w:r>
          </w:p>
        </w:tc>
      </w:tr>
      <w:tr>
        <w:tc>
          <w:tcPr>
            <w:tcW w:type="dxa" w:w="2880"/>
          </w:tcPr>
          <w:p>
            <w:r>
              <w:t>-</w:t>
            </w:r>
          </w:p>
        </w:tc>
        <w:tc>
          <w:tcPr>
            <w:tcW w:type="dxa" w:w="2880"/>
          </w:tcPr>
          <w:p>
            <w:r>
              <w:t>南：27.0</w:t>
            </w:r>
          </w:p>
        </w:tc>
        <w:tc>
          <w:tcPr>
            <w:tcW w:type="dxa" w:w="2880"/>
          </w:tcPr>
          <w:p>
            <w:r>
              <w:t>-</w:t>
            </w:r>
          </w:p>
        </w:tc>
      </w:tr>
    </w:tbl>
    <w:p>
      <w:r>
        <w:rPr>
          <w:sz w:val="32"/>
        </w:rPr>
        <w:t>5、时间范围</w:t>
      </w:r>
      <w:r>
        <w:rPr>
          <w:sz w:val="22"/>
        </w:rPr>
        <w:t>1997-12-31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徐新良. 中国成渝地区 1kmNDVI数据集（1998-2018）. 长江上游科学数据中心, DOI:10.12078/2018060601, CSTR:, </w:t>
      </w:r>
      <w:r>
        <w:t>2022</w:t>
      </w:r>
      <w:r>
        <w:t>.[</w:t>
      </w:r>
      <w:r>
        <w:t xml:space="preserve">XU Xinliang. 1km NDVI dataset of Chengdu-Chongqing economic circle, China (1998-2018). Upper Yangtze River Scientific Data Center, DOI:10.12078/2018060601,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徐新良</w:t>
        <w:br/>
      </w:r>
      <w:r>
        <w:rPr>
          <w:sz w:val="22"/>
        </w:rPr>
        <w:t xml:space="preserve">单位: </w:t>
      </w:r>
      <w:r>
        <w:rPr>
          <w:sz w:val="22"/>
        </w:rPr>
        <w:t>中国科学院地理科学与资源研究所</w:t>
        <w:br/>
      </w:r>
      <w:r>
        <w:rPr>
          <w:sz w:val="22"/>
        </w:rPr>
        <w:t xml:space="preserve">电子邮件: </w:t>
      </w:r>
      <w:r>
        <w:rPr>
          <w:sz w:val="22"/>
        </w:rPr>
        <w:t>xuxl@lreis.ac.cn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