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金佛山国家站烂坝靖原生林大样地通量观测数据（2022）</w:t>
      </w:r>
    </w:p>
    <w:p>
      <w:r>
        <w:rPr>
          <w:sz w:val="22"/>
        </w:rPr>
        <w:t>英文标题：Flux observation data of the large sample plot of Laobajing primary forest in Jinfoshan National Station (2022)</w:t>
      </w:r>
    </w:p>
    <w:p>
      <w:r>
        <w:rPr>
          <w:sz w:val="32"/>
        </w:rPr>
        <w:t>1、摘要</w:t>
      </w:r>
    </w:p>
    <w:p>
      <w:pPr>
        <w:ind w:firstLine="432"/>
      </w:pPr>
      <w:r>
        <w:rPr>
          <w:sz w:val="22"/>
        </w:rPr>
        <w:t>本数据来自2022年1月1日-8月31日在重庆市金佛山喀斯特生态系统国家野外科学观测研究站烂坝靖半山腰原生林观测场（E107°8′20.4″；N29°1′12″，海拔1525m）的闭路涡度观测数据。观测场下垫面为金佛山西坡原生林、涡动相关仪的架高24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滥坝靖</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3.文件大小：18.7MB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w:t>
            </w:r>
          </w:p>
        </w:tc>
        <w:tc>
          <w:tcPr>
            <w:tcW w:type="dxa" w:w="2880"/>
          </w:tcPr>
          <w:p>
            <w:r>
              <w:t>-</w:t>
            </w:r>
          </w:p>
        </w:tc>
      </w:tr>
      <w:tr>
        <w:tc>
          <w:tcPr>
            <w:tcW w:type="dxa" w:w="2880"/>
          </w:tcPr>
          <w:p>
            <w:r>
              <w:t>西：107.1390221</w:t>
            </w:r>
          </w:p>
        </w:tc>
        <w:tc>
          <w:tcPr>
            <w:tcW w:type="dxa" w:w="2880"/>
          </w:tcPr>
          <w:p>
            <w:r>
              <w:t>-</w:t>
            </w:r>
          </w:p>
        </w:tc>
        <w:tc>
          <w:tcPr>
            <w:tcW w:type="dxa" w:w="2880"/>
          </w:tcPr>
          <w:p>
            <w:r>
              <w:t>东：107.1390221</w:t>
            </w:r>
          </w:p>
        </w:tc>
      </w:tr>
      <w:tr>
        <w:tc>
          <w:tcPr>
            <w:tcW w:type="dxa" w:w="2880"/>
          </w:tcPr>
          <w:p>
            <w:r>
              <w:t>-</w:t>
            </w:r>
          </w:p>
        </w:tc>
        <w:tc>
          <w:tcPr>
            <w:tcW w:type="dxa" w:w="2880"/>
          </w:tcPr>
          <w:p>
            <w:r>
              <w:t>南：29.02</w:t>
            </w:r>
          </w:p>
        </w:tc>
        <w:tc>
          <w:tcPr>
            <w:tcW w:type="dxa" w:w="2880"/>
          </w:tcPr>
          <w:p>
            <w:r>
              <w:t>-</w:t>
            </w:r>
          </w:p>
        </w:tc>
      </w:tr>
    </w:tbl>
    <w:p>
      <w:r>
        <w:rPr>
          <w:sz w:val="32"/>
        </w:rPr>
        <w:t>5、时间范围</w:t>
      </w:r>
      <w:r>
        <w:rPr>
          <w:sz w:val="22"/>
        </w:rPr>
        <w:t>2021-12-31 16:00:00+00:00</w:t>
      </w:r>
      <w:r>
        <w:rPr>
          <w:sz w:val="22"/>
        </w:rPr>
        <w:t>--</w:t>
      </w:r>
      <w:r>
        <w:rPr>
          <w:sz w:val="22"/>
        </w:rPr>
        <w:t>2022-12-30 16:00:00+00:00</w:t>
      </w:r>
    </w:p>
    <w:p>
      <w:r>
        <w:rPr>
          <w:sz w:val="32"/>
        </w:rPr>
        <w:t>6、引用方式</w:t>
      </w:r>
    </w:p>
    <w:p>
      <w:pPr>
        <w:ind w:left="432"/>
      </w:pPr>
      <w:r>
        <w:rPr>
          <w:sz w:val="22"/>
        </w:rPr>
        <w:t xml:space="preserve">数据的引用: </w:t>
      </w:r>
    </w:p>
    <w:p>
      <w:pPr>
        <w:ind w:left="432" w:firstLine="432"/>
      </w:pPr>
      <w:r>
        <w:t xml:space="preserve">孔德兵. 金佛山国家站烂坝靖原生林大样地通量观测数据（2022）. 长江上游科学数据中心, </w:t>
      </w:r>
      <w:r>
        <w:t>2022</w:t>
      </w:r>
      <w:r>
        <w:t>.[</w:t>
      </w:r>
      <w:r>
        <w:t xml:space="preserve">KONG   Debing . Flux observation data of the large sample plot of Laobajing primary forest in Jinfoshan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