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金佛山国家站虎头村TDP观测数据(2021)</w:t>
      </w:r>
    </w:p>
    <w:p>
      <w:r>
        <w:rPr>
          <w:sz w:val="22"/>
        </w:rPr>
        <w:t>英文标题：TDP observation data of Hutou Village, Jinfo  Mountain National Station (2021)</w:t>
      </w:r>
    </w:p>
    <w:p>
      <w:r>
        <w:rPr>
          <w:sz w:val="32"/>
        </w:rPr>
        <w:t>1、摘要</w:t>
      </w:r>
    </w:p>
    <w:p>
      <w:pPr>
        <w:ind w:firstLine="432"/>
      </w:pPr>
      <w:r>
        <w:rPr>
          <w:sz w:val="22"/>
        </w:rPr>
        <w:t>本数据来自2021年1月17日-12月31日在重庆市金佛山喀斯特生态系统国家野外科学观测研究虎头村农田观测场（E106.3192621°；N29.76271°，海拔473m）的TDP观测数据。TDP观测系统每套共8组探头，观测树种为山茶树和桂花树。根据树木的不同高度及胸径，选取样树安装TDP(Thermal Dissipation sap flow velocity Probe, 热扩散液流计)，采用国产TDP插针式热扩散植物茎流计，型号为TDP30。选取的样地位于通量观测塔南侧3米，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金佛山国家站虎头村</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3.文件大小：4.01MB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2021-01-16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金佛山国家站虎头村TDP观测数据(2021). 长江上游科学数据中心, </w:t>
      </w:r>
      <w:r>
        <w:t>2022</w:t>
      </w:r>
      <w:r>
        <w:t>.[</w:t>
      </w:r>
      <w:r>
        <w:t xml:space="preserve">KONG   Debing . TDP observation data of Hutou Village, Jinfo  Mountain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