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2020-2025年金佛山国家站山王坪蒸渗仪观测数据</w:t>
      </w:r>
    </w:p>
    <w:p>
      <w:r>
        <w:rPr>
          <w:sz w:val="22"/>
        </w:rPr>
        <w:t>英文标题：Observation data of Shanwangping permeameter at Foshan National Station from 2020 to 2025</w:t>
      </w:r>
    </w:p>
    <w:p>
      <w:r>
        <w:rPr>
          <w:sz w:val="32"/>
        </w:rPr>
        <w:t>1、摘要</w:t>
      </w:r>
    </w:p>
    <w:p>
      <w:pPr>
        <w:ind w:firstLine="432"/>
      </w:pPr>
      <w:r>
        <w:rPr>
          <w:sz w:val="22"/>
        </w:rPr>
        <w:t>本数据来自2020年1月1日-2024年12月31日在重庆市金佛山喀斯特生态系统国家野外科学观测研究站山王坪原生林观测场（107.3556°E；29.1113°N，海拔1352m）的3台称重式小型土壤蒸渗观测仪测量数据。3台蒸渗仪分别为LYS1,LYS2,LYS3,2020年到2021年观测频率为1min,2022年以后的观测频率为10分钟，一天144个数据，缺失数据标记为NAN，为喀斯特区域原生林生态系统相关研究提供可靠基础数据。</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3.文件大小：127.0MB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西：106.139</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2019-12-31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2020-2025年金佛山国家站山王坪蒸渗仪观测数据. 长江上游科学数据中心, </w:t>
      </w:r>
      <w:r>
        <w:t>2026</w:t>
      </w:r>
      <w:r>
        <w:t>.[</w:t>
      </w:r>
      <w:r>
        <w:t xml:space="preserve">KONG   Debing . Observation data of Shanwangping permeameter at Foshan National Station from 2020 to 2025.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