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金佛山国家站烂坝靖原生林大样地自动气象站观测数据（2022）</w:t>
      </w:r>
    </w:p>
    <w:p>
      <w:r>
        <w:rPr>
          <w:sz w:val="22"/>
        </w:rPr>
        <w:t>英文标题：Observation Data of Automatic Meteorological Station in the Large Sample of Laobajing Primary Forest of Jinfoshan National Station (2022)</w:t>
      </w:r>
    </w:p>
    <w:p>
      <w:r>
        <w:rPr>
          <w:sz w:val="32"/>
        </w:rPr>
        <w:t>1、摘要</w:t>
      </w:r>
    </w:p>
    <w:p>
      <w:pPr>
        <w:ind w:firstLine="432"/>
      </w:pPr>
      <w:r>
        <w:rPr>
          <w:sz w:val="22"/>
        </w:rPr>
        <w:t>本数据来自2022年1月1日-8月31日在重庆市金佛山喀斯特生态系统国家野外科学观测研究站烂坝靖半山腰原生林观测场（E107.1390221°；N29.02°，海拔1525m）的自动气象站观测数据。滥坝靖自动气象站的空气温度、相对湿度传感器分别架设在4m和24m处，朝向正北；气压计安装在15m处；翻斗式雨量计安装在24m处；风速与风向传感器分别架设在4m和24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金佛山国家站烂坝靖（半山腰）</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3.文件大小：9.54MB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金佛山国家站烂坝靖原生林大样地自动气象站观测数据（2022）. 长江上游科学数据中心, </w:t>
      </w:r>
      <w:r>
        <w:t>2022</w:t>
      </w:r>
      <w:r>
        <w:t>.[</w:t>
      </w:r>
      <w:r>
        <w:t xml:space="preserve">KONG   Debing . Observation Data of Automatic Meteorological Station in the Large Sample of Laobajing Primary Forest of Jinfoshan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