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金佛山国家站烂坝靖原生林大样地自动气象站观测数据（2020）</w:t>
      </w:r>
    </w:p>
    <w:p>
      <w:r>
        <w:rPr>
          <w:sz w:val="22"/>
        </w:rPr>
        <w:t>英文标题：Observation Data of Automatic Meteorological Station in the Large Sample of Laobajing Primary Forest of Jinfoshan National Station (2020)</w:t>
      </w:r>
    </w:p>
    <w:p>
      <w:r>
        <w:rPr>
          <w:sz w:val="32"/>
        </w:rPr>
        <w:t>1、摘要</w:t>
      </w:r>
    </w:p>
    <w:p>
      <w:pPr>
        <w:ind w:firstLine="432"/>
      </w:pPr>
      <w:r>
        <w:rPr>
          <w:sz w:val="22"/>
        </w:rPr>
        <w:t>本数据来自2020年1月1日-12月30日在重庆市金佛山喀斯特生态系统国家野外科学观测研究站烂坝靖半山腰原生林观测场（E107.1390221°；N29.02°，海拔1525m）的自动气象站观测数据。滥坝靖自动气象站的空气温度、相对湿度传感器分别架设在4m和24m处，朝向正北；气压计安装在15m处；翻斗式雨量计安装在24m处；风速与风向传感器分别架设在4m和24m处；四分量辐射仪安装在5 m处，朝向正南；光合有效辐射传感器安装在5m、10m处，朝向正南；土壤温度探头埋设在地下10cm、20cm、40cm、60cm、80cm、120cm、160cm处，在距离气象塔2m的正南方；土壤水分探头埋设在地下2cm、5cm、10cm、20cm、40cm、60cm、80cm处，在距离气象塔2m的正南方；土壤热通量板（3块）依次埋设在地下5cm、10 cm、20 cm处，在距离气象塔2m的正南方；土壤平均温度探头（3个），依次埋设在地下5cm、10 cm、20 cm处，在距离气象塔2m的正南方。每天观测144组数据（每10min），若出现数据的缺失，则由NAN标示。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金佛山国家站烂坝靖（半山腰）</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3.文件大小：21.4MB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北：29.02</w:t>
            </w:r>
          </w:p>
        </w:tc>
        <w:tc>
          <w:tcPr>
            <w:tcW w:type="dxa" w:w="2880"/>
          </w:tcPr>
          <w:p>
            <w:r>
              <w:t>-</w:t>
            </w:r>
          </w:p>
        </w:tc>
      </w:tr>
      <w:tr>
        <w:tc>
          <w:tcPr>
            <w:tcW w:type="dxa" w:w="2880"/>
          </w:tcPr>
          <w:p>
            <w:r>
              <w:t>西：107.1390221</w:t>
            </w:r>
          </w:p>
        </w:tc>
        <w:tc>
          <w:tcPr>
            <w:tcW w:type="dxa" w:w="2880"/>
          </w:tcPr>
          <w:p>
            <w:r>
              <w:t>-</w:t>
            </w:r>
          </w:p>
        </w:tc>
        <w:tc>
          <w:tcPr>
            <w:tcW w:type="dxa" w:w="2880"/>
          </w:tcPr>
          <w:p>
            <w:r>
              <w:t>东：107.1390221</w:t>
            </w:r>
          </w:p>
        </w:tc>
      </w:tr>
      <w:tr>
        <w:tc>
          <w:tcPr>
            <w:tcW w:type="dxa" w:w="2880"/>
          </w:tcPr>
          <w:p>
            <w:r>
              <w:t>-</w:t>
            </w:r>
          </w:p>
        </w:tc>
        <w:tc>
          <w:tcPr>
            <w:tcW w:type="dxa" w:w="2880"/>
          </w:tcPr>
          <w:p>
            <w:r>
              <w:t>南：29.02</w:t>
            </w:r>
          </w:p>
        </w:tc>
        <w:tc>
          <w:tcPr>
            <w:tcW w:type="dxa" w:w="2880"/>
          </w:tcPr>
          <w:p>
            <w:r>
              <w:t>-</w:t>
            </w:r>
          </w:p>
        </w:tc>
      </w:tr>
    </w:tbl>
    <w:p>
      <w:r>
        <w:rPr>
          <w:sz w:val="32"/>
        </w:rPr>
        <w:t>5、时间范围</w:t>
      </w:r>
      <w:r>
        <w:rPr>
          <w:sz w:val="22"/>
        </w:rPr>
        <w:t>2019-12-31 16:00:00+00:00</w:t>
      </w:r>
      <w:r>
        <w:rPr>
          <w:sz w:val="22"/>
        </w:rPr>
        <w:t>--</w:t>
      </w:r>
      <w:r>
        <w:rPr>
          <w:sz w:val="22"/>
        </w:rPr>
        <w:t>2020-12-29 16:00:00+00:00</w:t>
      </w:r>
    </w:p>
    <w:p>
      <w:r>
        <w:rPr>
          <w:sz w:val="32"/>
        </w:rPr>
        <w:t>6、引用方式</w:t>
      </w:r>
    </w:p>
    <w:p>
      <w:pPr>
        <w:ind w:left="432"/>
      </w:pPr>
      <w:r>
        <w:rPr>
          <w:sz w:val="22"/>
        </w:rPr>
        <w:t xml:space="preserve">数据的引用: </w:t>
      </w:r>
    </w:p>
    <w:p>
      <w:pPr>
        <w:ind w:left="432" w:firstLine="432"/>
      </w:pPr>
      <w:r>
        <w:t xml:space="preserve">孔德兵. 金佛山国家站烂坝靖原生林大样地自动气象站观测数据（2020）. 长江上游科学数据中心, </w:t>
      </w:r>
      <w:r>
        <w:t>2022</w:t>
      </w:r>
      <w:r>
        <w:t>.[</w:t>
      </w:r>
      <w:r>
        <w:t xml:space="preserve">KONG   Debing . Observation Data of Automatic Meteorological Station in the Large Sample of Laobajing Primary Forest of Jinfoshan National Station (2020).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