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北碚区槽上撂荒地观测场土壤理化指标数据集</w:t>
      </w:r>
    </w:p>
    <w:p>
      <w:r>
        <w:rPr>
          <w:sz w:val="22"/>
        </w:rPr>
        <w:t>英文标题：Soil Physical and Chemical Index Dataset of Caoshang Abandoned Land Observation Site in Beibei District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观测生产严格遵循土壤检测规范，由金佛山国家野外站工作人员全程操作，核心围绕重庆市南川区北碚区槽上撂荒地观测场展开，聚焦土壤样品的采集与多指标检测。生产前期，工作人员在撂荒地观测场内科学布设采样点位，兼顾区域代表性，采用标准化方法采集土壤样品，采集后及时封装、标记，严格避免样品污染、失水，确保样品理化性质稳定。后续将采集的土壤样品送至专业实验室，按照规范检测流程，系统测定多项核心指标，包括碱解氮、速效钾、有效磷、全磷、全钾的含量，同时精准检测土壤粒度、碳氮硫元素含量，全面捕捉撂荒地土壤理化特征。检测过程中严格把控操作标准，对每一组数据进行多次校验，剔除异常值，确保数据精准可靠。整个生产流程规范有序，最终形成完整数据集，为撂荒地土壤肥力评估、养分循环及生态修复研究提供坚实的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3.文件大小：3.95MB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2023-12-31 16:00:00+00:00</w:t>
      </w:r>
      <w:r>
        <w:rPr>
          <w:sz w:val="22"/>
        </w:rPr>
        <w:t>--</w:t>
      </w:r>
      <w:r>
        <w:rPr>
          <w:sz w:val="22"/>
        </w:rPr>
        <w:t>2024-12-30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北碚区槽上撂荒地观测场土壤理化指标数据集. 长江上游科学数据中心, </w:t>
      </w:r>
      <w:r>
        <w:t>2026</w:t>
      </w:r>
      <w:r>
        <w:t>.[</w:t>
      </w:r>
      <w:r>
        <w:t xml:space="preserve">KONG   Debing . Soil Physical and Chemical Index Dataset of Caoshang Abandoned Land Observation Site in Beibei District.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