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金佛山野外站滥坝箐次生林观测场+群落调查数据（2019-2024）</w:t>
      </w:r>
    </w:p>
    <w:p>
      <w:r>
        <w:rPr>
          <w:sz w:val="22"/>
        </w:rPr>
        <w:t>英文标题：Jinfoshan Field Station Secondary Forest Observation Field+Community Survey Data (2019-2024)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通过规范的野外实地观测与数据记录流程生产，覆盖100m×100m观测场内所有直径大于1cm的树木个体，全面捕捉场内乔木、灌木、草本等主要植物类型的详细信息，为植物群落研究提供可靠支撑。观测生产过程中，工作人员逐一对符合条件的树木个体进行排查、测量与记录，其中乔木详细记录物种信息、植株高度、样地精准坐标、胸围、枝下高及冠幅等核心生长指标；灌木记录物种信息、高度、基径、冠幅及种群数量等关键参数；草本则重点记录物种信息、高度、盖度及分布特征。整个生产过程严格遵循科研观测标准，确保数据精准、完整，真实反映观测场植物群落的组成与生长状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金佛山野外站滥坝箐次生林观测场+群落调查数据（2019-2024）. 长江上游科学数据中心, </w:t>
      </w:r>
      <w:r>
        <w:t>2026</w:t>
      </w:r>
      <w:r>
        <w:t>.[</w:t>
      </w:r>
      <w:r>
        <w:t xml:space="preserve">KONG   Debing . Jinfoshan Field Station Secondary Forest Observation Field+Community Survey Data (2019-2024).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