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金佛山野外站柑研所人工林观测场+群落调查数据（2019-2024）</w:t>
      </w:r>
    </w:p>
    <w:p>
      <w:r>
        <w:rPr>
          <w:sz w:val="22"/>
        </w:rPr>
        <w:t>英文标题：Jinfoshan Field Station Citrus Research Institute Artificial Forest Observation Field+Community Survey Data (2019-2024)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通过规范的野外观测与系统记录流程生产，全面覆盖100m×100m观测场内所有人工种植的柑橘苗木，重点捕捉苗木生长及种植相关核心信息，为柑橘苗木培育、生长状况监测提供可靠数据支撑。观测生产过程严格遵循科研观测标准，工作人员对观测场内人工种植的柑橘苗木进行逐株排查、精准统计与测量，详细记录相关指标，主要包括苗木个体数量、平均高度、种植年限等核心内容。其中，个体数量通过全面清点确认，平均高度采用标准化测量工具逐株测量后取平均值，种植年限结合种植记录与苗木生长状况综合核实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草地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2018-12-31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金佛山野外站柑研所人工林观测场+群落调查数据（2019-2024）. 长江上游科学数据中心, </w:t>
      </w:r>
      <w:r>
        <w:t>2026</w:t>
      </w:r>
      <w:r>
        <w:t>.[</w:t>
      </w:r>
      <w:r>
        <w:t xml:space="preserve">KONG   Debing . Jinfoshan Field Station Citrus Research Institute Artificial Forest Observation Field+Community Survey Data (2019-2024).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