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金佛山野外站山华尔寺观测场+群落调查数据（2020）</w:t>
      </w:r>
    </w:p>
    <w:p>
      <w:r>
        <w:rPr>
          <w:sz w:val="22"/>
        </w:rPr>
        <w:t>英文标题：Jinfoshan Field Station Shanhuaersi Observation Field+Community Survey Data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观测数据来源于主观测场（40m×40m）及辅助观测场（20m×20m），全面覆盖两场内所有直径大于1cm的树木个体，详细记录了乔木、灌木、草本等主要植物类型的具体信息，同时包含优势树种树龄参数（采用生长锥法测量获取）。其中，乔木数据涵盖物种信息、植株高度、样地精准坐标、胸围、枝下高及冠幅等核心生长指标；灌木数据包含物种信息、高度、基径、冠幅及种群数量等关键参数；草本数据记录了物种信息、高度、盖度及分布特征。数据通过野外实地调查、精准测量与规范记录生成，确保指标真实可靠，完整反映观测场植物群落组成、生长状况及优势树种生长历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金佛山野外站山华尔寺观测场+群落调查数据（2020）. 长江上游科学数据中心, </w:t>
      </w:r>
      <w:r>
        <w:t>2026</w:t>
      </w:r>
      <w:r>
        <w:t>.[</w:t>
      </w:r>
      <w:r>
        <w:t xml:space="preserve">KONG   Debing . Jinfoshan Field Station Shanhuaersi Observation Field+Community Survey Data (2020).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